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תפקידיו המרכזיים של מנחם בגין לאורך חייו הציבוריים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תהליך השלום עם מצרים ואת משמעותו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להתבונן בערכים אישיים כמו צניעות ומנהיגות ולדון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מפקד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כ-29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בגין פיקד על אצ״ל לפני קום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היה חלק מרכזי בהסכם קמפ דיוויד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כיהן כראש ממשלה רק החל משנת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נודע דווקא בצניעותו ובאורח חייו הפשוט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אופוזיציה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קמפ דיוויד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(המחתרת שבגין פיקד עליה לפני קום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(המעבר הפוליטי שהביא את בגין לשלטון)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(המקום שבו נערכו שיחות השלום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(הנשיא המצרי שחתם על השלום עם בגין)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(השטח שהוחזר למצרים כחלק מהסכם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מפקד אצ״ל במאבק נגד השלטון הבריטי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הקמת מדינת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מנהיג האופוזיציה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המהפך - בגין נבחר לראש 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חתימה על הסכם השלום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והתבוננות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רלוונטית לתוכן, נימוק קצר, שפה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התייחסות לערך הצניעות, קישור למנהיגות, דוגמה רלוונטית מחייו של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אצ״ל / מחתרת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/ נחישות / מנהיגות ערכית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על מושג המנהיגות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שיח פתוח סביב שאלות הערכים בלי לכפות עמדה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חלקי הדף לקבוצות עבודה שונות ולסכם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נכיר את מנחם בגין – ממפקד מחתרת ועד ראש ממשלה שחתם על הסכם השלום הראשון של ישראל עם מדינה ערבית. נתבונן בתפקידיו השונים ובערכים שהנחו את דרכו הציבורית.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תפקיד שימש בגין לפני הקמת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עיריה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שנים היה בגין מנהיג האופוזיציה בכנסת (בקירוב)?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כ-15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כ-29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כ-40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שנה הפך בגין לראש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איזו מדינה חתם בגין על הסכם השלום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היה הנשיא המצרי שאיתו חתם בגין על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חוסני מובארכ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גמאל עבד אלנאצר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מוחמד מורסי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מפקד המחתרת אצ״ל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כחלק מהסכם השלום עם מצרים, ישראל החזירה את חצי האי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ממשלה במשך כל שנות קיום המדינה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נודע באורח חיים מפואר ומנותק מהציבור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היה מפקד ה__________ לפני קום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כיהן כמנהיג ה__________ בכנסת במשך כ-29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1977 התרחש ה__________ הפוליטי שהביא את בגין לראשות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השיחות שהובילו להסכם השלום עם מצרים נערכו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אצ״ל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הנשיא המצרי שחתם על השלום עם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מהפך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נערכו שיחות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קמפ דיוויד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השטח שהוחזר למצרים כחלק מהסכם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אנואר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המחתרת שבגין פיקד עליה לפני קום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המעבר הפוליטי שהביא את בגין לשלטון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בציר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- בגין נבחר לראש 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מפקד אצ״ל במאבק נגד השלטון הבריטי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חתימה על הסכם השלום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מנהיג האופוזיציה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לבגין ובו שאלה אחת על אחת ההחלטות הקשות שקיבל כראש ממשלה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לדעתכם הקשר בין צניעות אישית למנהיגות ציבורית? הביאו דוגמה מדמותו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אחד שמילא בגין לפני הקמת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הסכם השלום הראשון של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תכונה אישית אחת שאפיינה את בגין כמנהיג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